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תמרורי שיח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תמרורי שיח: בטיחות בדרכים וערכי חיים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התמרורים המרכזיים בכביש ואת חשיבותם לבטיחות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חוקי התנועה לבין ערכים אישיים כמו אחריות, סבלנות וכיבוד הזולת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ושיח מובנה סביב דילמות יומיומיות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יכולת זיהוי והתאמה בין תמרור, משמעותו בכביש וערך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תמרורים בסיסיים: עצור, תן זכות קדימה, מעבר חציה – זיהוי משמעות התמרורים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עוצרים עצירה מלאה לפני הקו ומביטים לכל הכיוונים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מאטים ונותנים לרכב בדרך הראשית לעבור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עומדים על שפת המדרכה, מביטים לצדדים וחוצים בהליכה ישרה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תמרורים בסיסיים: עצור, תן זכות קדימה, מעבר חציה – התאמת תמרור למשמעות ולערך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(עצירה מלאה לפני הקו ובדיקה לכל הכיוונים)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(האטה ומתן מעבר לרכב שבדרך הראשית)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(חציה בהליכה ישרה אחרי הבטה לשני הצדדים)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תמרורים בסיסיים: עצור, תן זכות קדימה, מעבר חציה – כתיבה ומחשבה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מצב אמיתי או מדומיין שבו עצירה לרגע למחשבה מנעה טעות, עם הסבר קצר מה הרגישו אחר 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הולכי רגל, אופניים וקורקינט, נסיעה ברכב ובאוטובוס – היכרות עם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לעמוד על שפת המדרכה, להביט לשני הצדדים ולחצות בהליכה רגועה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קסדה מתאימה לראש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הולכי רגל, אופניים וקורקינט, נסיעה ברכב ובאוטובוס – תרגול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חוצים בהליכה רגועה וישרה, כדי לשמור על שיווי משקל ולהבחין היטב בסביבה.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הולכי רגל, אופניים וקורקינט, נסיעה ברכב ובאוטובוס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(המקום שבו הולכי רגל חוצים את הכביש בבטחה)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(מגנה על הראש ברכיבה על אופניים או קורקינט)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(שומרת על הגוף ברכב בעת בלימה פתאומית)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הולכי רגל, אופניים וקורקינט, נסיעה ברכב ובאוטובוס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צדדים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לראות ולהיראות, קשב וריכוז בדרכים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שנהגים יראו אותנו מרחוק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להגן על הראש בנפילה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להביט לשני הצדדים ולהקשיב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לראות ולהיראות, קשב וריכוז בדרכים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חציה דורשת תשומת לב מלאה לכביש, לרכבים ולצלילים מסביב.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לראות ולהיראות, קשב וריכוז בדרכים – תרגול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היראות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לראות ולהיראות, קשב וריכוז בדרכים – תרגול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(עצירה מלאה ומבט לכל הכיוונים)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(להאט ולתת לרכב בדרך הראשית לעבור)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(ללכת בהליכה ישרה, לא לרוץ)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(הגנה על הראש ברכיבה)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מהתמרור לערך: אחריות, סבלנות, ויתור וגבולות – התאמת תמרור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(אחריות ובחירות)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(סבלנות ואיפוק)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(לתת זכות קדימה)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(גבולות)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מהתמרור לערך: אחריות, סבלנות, ויתור וגבולות – מצבים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סבלנות ואיפוק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תן זכות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מהתמרור לערך: אחריות, סבלנות, ויתור וגבולות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שניהם דורשים לעצור ולחשוב רגע לפני שממשיכים, כדי לבחור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משחק התאמה וחידון: תמרור, משמעות וערך – זיהוי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 עצירה מלאה לפני הקו ומסתכלים לכל הכיוונים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מאטים ונותנים לרכב בדרך הראשית לעבור 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משחק התאמה וחידון: תמרור, משמעות וערך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(עצירה מלאה לפני הקו והבטה לכל הכיוונים)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(האטה ומתן מעבר לרכב בדרך הראשית)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(חצייה בטוחה בהליכה ישרה אחרי הבטה לצדדים)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משחק התאמה וחידון: תמרור, משמעות וערך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משחק התאמה וחידון: תמרור, משמעות וערך – חשיבה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כתיבה אישית: בונים תמרור לחיים – היכרות עם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מעצבים תמרור אישי, כותבים את משמעותו ושומרים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עוצרים עצירה מלאה, מסתכלים לכל הכיוונים וממשיכים כשבטוח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כתיבה אישית: בונים תמרור לחיים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בכרטיס – זו משמעות התמרור בכביש.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במשחק גם כותבים במילים את משמעות התמרור שעיצבו.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את חוק הדרך המדויק (למשל עצירה מלאה, הסתכלות לצדדים) ולא רק רושם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מנמק/ת את הקשר בין התמרור לערך ולא רק מציין/ת את שניהם בנפרד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קטע הכתיבה כולל דוגמה קונקרטית מחיי היומיום, בנוי ממשפטים שלמים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לפזר את הפרקים על פני כמה שיעורים: תמרורים בסיסיים ונושאי תנועה בשיעור אחד, חיבור לערכים וכתיבה בשיעור נפרד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הזקוקים להתאמות אפשר לצמצם לשאלה אחת קצרה לכל תמרור ולהוסיף הקראה בקול, בדומה למסלול המותאם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עם תלמידים עולים חדשים מומלץ להקדים מילון מושגים קצר עם תמונות לפני מילוי דפי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לסיים כל פרק במשחק התאמה קבוצתי קצר כדי לחזק את הקישור בין תמרור, משמעות וערך לפני המעבר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תמרורי שיח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תמרורי שיח: בטיחות בדרכים וערכי חיים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תתרגלו את תמרורי הדרכים ואת המשמעות שמאחוריהם, גם בכביש וגם בחיים. עברו על הפרקים לפי הסדר, ענו בעצמכם לפני שבודקים תשובה, וכתבו במשפטים שלמים וברורים.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קו  ·  היראות  ·  מדרכה  ·  צדדים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תמרורים בסיסיים: עצור, תן זכות קדימה, מעבר חציה – זיהוי משמעות התמרורים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כשמגיעים לתמרור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ממשיכים בלי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עוצרים עצירה מלאה לפני הקו ומביטים לכל הכיוונים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מאיצים כדי לעבור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בתמרור תן זכות קדימה?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עוצרים עצירה מלאה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מאטים ונותנים לרכב בדרך הראשית לעבור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מאיצים כדי לעבור ראשונים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חוצים נכון במעבר חציה?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רצים מהר בלי להביט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עומדים על שפת המדרכה, מביטים לצדדים וחוצים בהליכה ישרה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חוצים באמצע הכביש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תמרורים בסיסיים: עצור, תן זכות קדימה, מעבר חציה – התאמת תמרור למשמעות ולערך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עצור (בכביש)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חציה בהליכה ישרה אחרי הבטה לשני הצדדים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תן זכות קדימה (בכביש)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עצירה מלאה לפני הקו ובדיקה לכל הכיוונים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מעבר חציה (בכביש)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האטה ומתן מעבר לרכב שבדרך הראשית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תמרורים בסיסיים: עצור, תן זכות קדימה, מעבר חציה – כתיבה ומחשבה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על רגע שבו עצירה קטנה שלכם מנעה טעות גדולה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הולכי רגל, אופניים וקורקינט, נסיעה ברכב ובאוטובוס – היכרות עם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הדרך הנכונה לחצות כביש במעבר חציה?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לרוץ מהר לפני שהרמזור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לעמוד על שפת המדרכה, להביט לשני הצדדים ולחצות בהליכה רגועה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לחצות תוך כדי שימוש בטלפון הנייד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חשוב ללבוש כשרוכבים על אופניים או קורקינט?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קסדה מתאימה לראש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כפפות עבות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משקפי שמש כהות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הולכי רגל, אופניים וקורקינט, נסיעה ברכב ובאוטובוס – תרגול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לחצות את הכביש תוך כדי ריצה כדי לחסוך 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הולכי רגל, אופניים וקורקינט, נסיעה ברכב ובאוטובוס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מגנה על הראש ברכיבה על אופניים או קורקינט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קסדה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שומרת על הגוף ברכב בעת בלימה פתאומית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חגורת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המקום שבו הולכי רגל חוצים את הכביש בבטחה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הולכי רגל, אופניים וקורקינט, נסיעה ברכב ובאוטובוס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חציית הכביש צריך להביט לשני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לראות ולהיראות, קשב וריכוז בדרכים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חשוב ללבוש בגדים בהירים או מחזירי אור כשחושך בחוץ?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שנהגים יראו אותנו מרחוק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להיראות יפים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להתחמם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התפקיד העיקרי של קסדה ברכיבה על אופניים או קורקינט?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להגן על הראש בנפילה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לקשט את האופניים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להגביר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חשוב לעשות לפני חציית כביש במעבר חציה?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להביט לשני הצדדים ולהקשיב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לרוץ מהר ככל האפשר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להסתכל רק קדימה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לראות ולהיראות, קשב וריכוז בדרכים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לחצות כביש תוך כדי הסתכלות במסך הטלפון הנייד.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לראות ולהיראות, קשב וריכוז בדרכים – תרגול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חצייה, עוצרים על שפת ה__________ ומביטים לשני הצדדים.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בחושך כדאי ללבוש בגדים בהירים כדי ל__________ טוב יותר לנהגים.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לראות ולהיראות, קשב וריכוז בדרכים – תרגול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ללכת בהליכה ישרה, לא לרוץ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עצירה מלאה ומבט לכל הכיוונים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הגנה על הראש ברכיבה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קסדה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להאט ולתת לרכב בדרך הראשית לעבור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מהתמרור לערך: אחריות, סבלנות, ויתור וגבולות – התאמת תמרור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עוצרים לפני קו עצירה, מביטים לצדדים וממשיכים רק כשבטוח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גבולות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עוצרים רגע לפני שמגיבים מתוך כעס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לתת זכות קדימה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מאטים ונותנים לרכב בדרך הראשית לעבור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אחריות ובחירות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יודעים איפה עובר הגבול ומתי לומר לא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סבלנות ואיפוק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מהתמרור לערך: אחריות, סבלנות, ויתור וגבולות – מצבים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תלמיד כועס ורוצה לצעוק על חבר, אבל נעצר רגע ונרגע. איזה ערך מתאים למצב?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לתת זכות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סבלנות ואיפוק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שני תלמידים רוצים להיכנס לכיתה באותו רגע, ואחד מוותר ונותן לשני להיכנס קודם. זה דומה לתמרור...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תן זכות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מעבר חציה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מהתמרור לערך: אחריות, סבלנות, ויתור וגבולות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אחד: מה המשותף בין תמרור עצור לבין הערך אחריות ובחירות?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משחק התאמה וחידון: תמרור, משמעות וערך – זיהוי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בתמרור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עוצרים עצירה מלאה לפני הקו ומסתכלים לכל הכיוונים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ממשיכים בלי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מאיצים בנסיעה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תמרור תן זכות קדימה אומר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עוצרים תמיד במקום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מאטים ונותנים לרכב בדרך הראשית לעבור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נוסעים ראשונים בכל מקרה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משחק התאמה וחידון: תמרור, משמעות וערך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חצייה בטוחה בהליכה ישרה אחרי הבטה לצדדים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עצירה מלאה לפני הקו והבטה לכל הכיוונים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האטה ומתן מעבר לרכב בדרך הראשית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משחק התאמה וחידון: תמרור, משמעות וערך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בתמרור עצור עוצרים עצירה מלאה לפני ה__________ ומסתכלים לכל הכיוונים.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משחק התאמה וחידון: תמרור, משמעות וערך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כתיבה אישית: בונים תמרור לחיים – היכרות עם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במשחק "בונים תמרור" באתר, מה עושים התלמידים?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מעצבים תמרור אישי, כותבים את משמעותו ושומרים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עונים על עשר שאלות חידון עם רמזים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מסובבים גלגל ומקבלים 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בכרטיס "עצור", מה כתוב בחלק "בכביש"?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עוצרים עצירה מלאה, מסתכלים לכל הכיוונים וממשיכים כשבטוח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ממשיכים בזהירות בלי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מאיצים כדי לא לעכב תנועה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כתיבה אישית: בונים תמרור לחיים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בתמרור "תן זכות קדימה" בכביש מאטים ונותנים לרכב בדרך הראשית לעבור ראשון.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"בונים תמרור" התלמידים רק מציירים, ולא כותבים דבר.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להסביר את משמעות שלושת התמרורים המרכזיים שלמדנו, גם בכביש וגם בחיים?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הצלחתי לחבר בין תמרור אחד לבין ערך אישי מתאים, ולהסביר את הקשר במשפט ברור?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תמרורי שיח: בטיחות בדרכים וערכי חיים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