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תמרורי 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תמרורי שיח: בטיחות בדרכים וערכי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התמרורים המרכזיים בכביש ואת חשיבותם לבטיחות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חוקי התנועה לבין ערכים אישיים כמו אחריות, סבלנות וכיבוד הזולת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ושיח מובנה סביב דילמות יומיומיות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זיהוי והתאמה בין תמרור, משמעותו בכביש וערך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תמרורים בסיסיים: עצור, תן זכות קדימה, מעבר חציה – זיהוי משמעות התמרורים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עצירה מלאה לפני הקו ומביטים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מאטים ונותנים לרכב בדרך הראשית לעבור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עומדים על שפת המדרכה, מביטים לצדדים וחוצים בהליכה ישרה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העצירה חייבת להיות מלאה לפני הקו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ויתור ונתינה למישהו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תמרורים בסיסיים: עצור, תן זכות קדימה, מעבר חציה – התאמת תמרור למשמעות ולערך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(עצירה מלאה לפני הקו ובדיקה לכל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(האטה ומתן מעבר לרכב שבדרך הראשית)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(חציה בהליכה ישרה אחרי הבטה לשני הצדדים)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(לעצור ולחשוב לפני שמגיבים מתוך כעס)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(לוותר לטובת מישהו אחר ולהרגיש טוב אחר כך)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תמרורים בסיסיים: עצור, תן זכות קדימה, מעבר חציה – כתיבה ומחשבה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אמיתי או מדומיין שבו עצירה לרגע למחשבה מנעה טעות, עם הסבר קצר מה הרגישו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ניסוח עמדה ברורה עם נימוק אחד לפחות, התייחסות למצב שבו ויתור הוא כוח או דווקא חולשה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קצר של המקום או האדם ונימוק מה הופך אותם לבטוחים, בדומה לרעיון 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רשימה של שלוש פעולות או מחשבות אישיות שעוזרות להירגע לפני תגובה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הולכי רגל, אופניים וקורקינט, נסיעה ברכב ובאוטובוס – היכרות עם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לעמוד על שפת המדרכה, להביט לשני הצדדים ולחצות בהליכה רגועה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קסדה מתאימה לראש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יושבים במקום פנוי ומחזיקים ידית או מעקה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הולכי רגל, אופניים וקורקינט, נסיעה ברכב ובאוטובוס – תרגול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חוצים בהליכה רגועה וישרה, כדי לשמור על שיווי משקל ולהבחין היטב בסביבה.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הולכי רגל, אופניים וקורקינט, נסיעה ברכב ובאוטובוס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(המקום שבו הולכי רגל חוצים את הכביש בבטחה)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(מגנה על הראש ברכיבה על אופניים או קורקינט)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(שומרת על הגוף ברכב בעת בלימה פתאומית)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הולכי רגל, אופניים וקורקינט, נסיעה ברכב ובאוטובוס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חגורת 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לראות ולהיראות, קשב וריכוז בדרכים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שנהגים יראו אותנו מרחוק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להגן על הראש בנפילה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להביט לשני הצדדים ולהקשיב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להגן על הנוסע בבלימה פתאומית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לראות ולהיראות, קשב וריכוז בדרכים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חציה דורשת תשומת לב מלאה לכביש, לרכבים ולצלילים מסביב.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לראות ולהיראות, קשב וריכוז בדרכים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לראות ולהיראות, קשב וריכוז בדרכים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(עצירה מלאה ומבט לכל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(להאט ולתת לרכב בדרך הראשית לעבור)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(ללכת בהליכה ישרה, לא לרוץ)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(הגנה על הראש ברכיבה)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(הגנה על הגוף בנסיעה ברכב)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מהתמרור לערך: אחריות, סבלנות, ויתור וגבולות – התאמת תמרור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(אחריות ובחירות)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(סבלנות ואיפוק)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(לתת זכות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(גבולות)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(הולכי רגל)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מהתמרור לערך: אחריות, סבלנות, ויתור וגבולות – מצבים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סבלנות ואיפוק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תן זכות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גבולות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מהתמרור לערך: אחריות, סבלנות, ויתור וגבולות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שניהם דורשים לעצור ולחשוב רגע לפני שממשיכים, כדי לבחור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אישי של ויתור והרגשה שלאחריו, למשל סיפוק או הקלה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גבול אישי כמו פרטיות, זמן לבד או כבוד, והסבר למה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דיון קצר: ויתור יכול להעיד על חוזק פנימי כשהוא נעשה מבחירה ולא מפחד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משחק התאמה וחידון: תמרור, משמעות וערך – זיהוי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עצירה מלאה לפני הקו ומסתכלים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מאטים ונותנים לרכב בדרך הראשית לעבור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עומדים על שפת המדרכה, מביטים לצדדים וחוצים בהליכה ישרה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ויתור ונתינה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משחק התאמה וחידון: תמרור, משמעות וערך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(עצירה מלאה לפני הקו והבטה לכל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(האטה ומתן מעבר לרכב בדרך הראשית)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(חצייה בטוחה בהליכה ישרה אחרי הבטה לצדדים)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(איסור כניסה לכביש או לאזור מסוים)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משחק התאמה וחידון: תמרור, משמעות וערך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ויתור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משחק התאמה וחידון: תמרור, משמעות וערך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המקשרת בין התמרור לערך חיים, בליווי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למשל: ויתור מתוך בחירה מראה שליטה עצמית ולא חולשה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יצירתית הכוללת תיאור תמרור וערך חיים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כתיבה אישית: בונים תמרור לחיים – היכרות עם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מעצבים תמרור אישי, כותבים את משמעותו ושומרים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עוצרים עצירה מלאה, מסתכלים לכל הכיוונים וממשיכים כשבטוח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לכתוב על רגע שבו עצירה קטנה מנעה טעות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כתיבה אישית: בונים תמרור לחיים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בכרטיס – זו משמעות התמרור בכביש.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במשחק גם כותבים במילים את משמעות התמרור שעיצבו.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בכרטיס כתוב לחצות בהליכה ישרה, לא בריצה.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חוק הדרך המדויק (למשל עצירה מלאה, הסתכלות לצדדים) ולא רק רושם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מנמק/ת את הקשר בין התמרור לערך ולא רק מציין/ת את שניהם בנפרד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קטע הכתיבה כולל דוגמה קונקרטית מחיי היומיום, בנוי ממשפטים 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הפרקים על פני כמה שיעורים: תמרורים בסיסיים ונושאי תנועה בשיעור אחד, חיבור לערכים וכתיבה בשיעור 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הזקוקים להתאמות אפשר לצמצם לשאלה אחת קצרה לכל תמרור ולהוסיף הקראה בקול, בדומה למסלול המותאם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עם תלמידים עולים חדשים מומלץ להקדים מילון מושגים קצר עם תמונות לפני מילוי דפי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כל פרק במשחק התאמה קבוצתי קצר כדי לחזק את הקישור בין תמרור, משמעות וערך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תמרורי 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תמרורי שיח: בטיחות בדרכים וערכי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את תמרורי הדרכים ואת המשמעות שמאחוריהם, גם בכביש וגם בחיים. עברו על הפרקים לפי הסדר, ענו בעצמכם לפני שבודקים תשובה, וכתבו במשפטים שלמים וברורים.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תמרורים בסיסיים: עצור, תן זכות קדימה, מעבר חציה – זיהוי משמעות התמרורים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כשמגיעים לתמרור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עצירה מלאה לפני הקו ומביטים לכל הכיוונים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מאיצים כדי לעבור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עוצרים רק אם רואים רכב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בתמרור תן זכות קדימה?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עצירה מלאה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מאטים ונותנים לרכב בדרך הראשית לעבור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מאיצים כדי לעבור ראשונים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מתעלמים מרכבים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חוצים נכון במעבר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 בלי להביט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עומדים על שפת המדרכה, מביטים לצדדים וחוצים בהליכה ישרה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חוצים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קופצים מעבר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משפט נכון לגבי 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 להאט בלבד ולא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לעצור גם אם הכביש פנוי מרחוק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העצירה חייבת להיות מלאה לפני הקו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העצירה נדרשת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התמרור תן זכות קדימה מזכיר בחיים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ומהירות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ויתור ונתינה למישהו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התעלמות מהסביבה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 ועצבים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תמרורים בסיסיים: עצור, תן זכות קדימה, מעבר חציה – התאמת תמרור למשמעות ולערך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 (בכביש)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לוותר לטובת מישהו אחר ולהרגיש טוב אחר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 (בכביש)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עצירה מלאה לפני הקו ובדיקה לכל הכיוונים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 (בכביש)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לעצור ולחשוב לפני שמגיבים מתוך כעס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עצור (ערך בחיים)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חציה בהליכה ישרה אחרי הבטה לשני הצדדים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תן זכות קדימה (ערך בחיים)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האטה ומתן מעבר לרכב שבדרך הראשית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תמרורים בסיסיים: עצור, תן זכות קדימה, מעבר חציה – כתיבה ומחשבה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רגע שבו עצירה קטנה שלכם מנעה טעות גדולה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טיעון קצר בעד או נגד הטענה: מי שמוותר מרוויח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מקום או אדם שגורמים לכם להרגיש בטוחים כשעוברים שלב חדש בחיים, והסבירו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תמרור אישי בשם עצור: שלושה דברים שעוזרים לכם להירגע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הולכי רגל, אופניים וקורקינט, נסיעה ברכב ובאוטובוס – היכרות עם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הדרך הנכונה לחצות כביש במעבר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 לפני שהרמזור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לעמוד על שפת המדרכה, להביט לשני הצדדים ולחצות בהליכה רגועה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לחצות תוך כדי שימוש בטלפון הנייד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לחצות באמצע הכביש בכל מקום שנוח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חשוב ללבוש כשרוכבים על אופניים או קורקינט?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קסדה מתאימה לראש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כפפות עבות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משקפי שמש כהות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מעיל חם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נכון לגבי נסיעה באוטובוס?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 ליד הדלת לאורך כל הנסיעה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יושבים במקום פנוי ומחזיקים ידית או מעקה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מדברים עם הנהג כל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פותחים חלון ומוציאים את הראש החוצה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הולכי רגל, אופניים וקורקינט, נסיעה ברכב ובאוטובוס – 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את הכביש תוך כדי ריצה כדי לחסוך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הולכי רגל, אופניים וקורקינט, נסיעה ברכב ובאוטובוס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מגנה על הראש ברכיבה על אופניים או קורקינט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שומרת על הגוף ברכב בעת בלימה פתאומית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המקום שבו הולכי רגל חוצים את הכביש בבטחה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הולכי רגל, אופניים וקורקינט, נסיעה ברכב ובאוטובוס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חציית הכביש צריך להביט לשני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גם נוסע מבוגר וגם ילד ברכב צריכים לחגור __________ לפני הנסיעה.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לראות ולהיראות, קשב וריכוז בדרכים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ללבוש בגדים בהירים או מחזירי אור כשחושך בחוץ?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שנהגים יראו אותנו מרחוק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להיראות 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להתחמם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התפקיד העיקרי של קסדה ברכיבה על אופניים או קורקינט?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על הראש בנפילה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לקשט את האופניים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להגביר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תפקיד בטיחותי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חשוב לעשות לפני חציית כביש במעבר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להביט לשני הצדדים ולהקשיב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לרוץ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להסתכל רק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לחצות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התפקיד של חגורת הבטיחות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על הנוסע בבלימה פתאומית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לייפות את הרכב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להקל על הנהג לראות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שימוש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לראות ולהיראות, קשב וריכוז בדרכים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תוך כדי הסתכלות במסך הטלפון הנייד.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לראות ולהיראות, קשב וריכוז בדרכים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חצייה, עוצרים על שפת ה__________ ומביטים לשני הצדדים.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בחושך כדאי ללבוש בגדים בהירים כדי ל__________ טוב יותר לנהגים.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לראות ולהיראות, קשב וריכוז בדרכים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הגנה על הגוף בנסיעה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עצירה מלאה ומבט לכל הכיוונים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הגנה על הראש ברכיבה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להאט ולתת לרכב בדרך הראשית לעבור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ללכת בהליכה ישרה, לא לרוץ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מהתמרור לערך: אחריות, סבלנות, ויתור וגבולות – התאמת תמרור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עוצרים לפני קו עצירה, מביטים לצדדים וממשיכים רק כשבטוח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הולכי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עוצרים רגע לפני שמגיבים מתוך כעס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לתת זכות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מאטים ונותנים לרכב בדרך הראשית לעבור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סבלנות ואיפוק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יודעים איפה עובר הגבול ומתי לומר 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אחריות ובחירות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עומדים על שפת המדרכה, מביטים לצדדים וחוצים בהליכה ישרה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גבולות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מהתמרור לערך: אחריות, סבלנות, ויתור וגבולות – מצבים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תלמיד כועס ורוצה לצעוק על חבר, אבל נעצר רגע ונרגע. איזה ערך מתאים למצב?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סבלנות ואיפוק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שני תלמידים רוצים להיכנס לכיתה באותו רגע, ואחד מוותר ונותן לשני להיכנס קודם. זה דומה לתמרור...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תן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מורה מבקשת מתלמיד לא להיכנס לחדר המורים בלי רשות. זו דוגמה לערך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אחריות ובחירות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סבלנות ואיפוק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תלמידה עומדת לפני החלטה חשובה ובוחרת לחשוב רגע לפני שהיא עונה. זה הכי דומה לתמרור...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תן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כניסה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מהתמרור לערך: אחריות, סבלנות, ויתור וגבולות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מה המשותף בין תמרור עצור לבין הערך אחריות ובחירות?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מהיומיום שבו 'נתתם זכות קדימה' למישהו אחר. מה הרגשתם אחר כך?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על גבול אישי שחשוב לכם לשמור עליו, בדומה לתמרור 'אין כניסה'.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ויתור הוא תמיד חולשה, או שהוא יכול להיות כוח?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משחק התאמה וחידון: תמרור, משמעות וערך – זיהוי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עצירה מלאה לפני הקו ומסתכלים לכל הכיוונים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ממשיכים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מאיצים בנסיעה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חונים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תמרור תן זכות קדימה אומר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תמיד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מאטים ונותנים לרכב בדרך הראשית לעבור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נוסעים ראשונים בכל 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התמרור לא קשור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חוצים נכון במעבר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 כדי לא לעכב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עומדים על שפת המדרכה, מביטים לצדדים וחוצים בהליכה ישרה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חוצים בלי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עוצרים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ערך חיים מתקשר בכרטיסי השיח לתמרור תן זכות קדימה?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 ונתינה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 ומהירות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 וחוסר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הסתרה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משחק התאמה וחידון: תמרור, משמעות וערך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איסור כניסה לכביש או לאזור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עצירה מלאה לפני הקו והבטה לכל הכיוונים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האטה ומתן מעבר לרכב בדרך הראשית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אין כניסה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חצייה בטוחה בהליכה ישרה אחרי הבטה לצדדים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משחק התאמה וחידון: תמרור, משמעות וערך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בתמרור עצור עוצרים עצירה מלאה לפני ה__________ ומסתכלים לכל הכיוונים.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תמרור תן זכות קדימה מזכיר בחיים את הערך של __________ לאחרים.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משחק התאמה וחידון: תמרור, משמעות וערך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תמרור אחד (עצור / תן זכות קדימה / מעבר חציה) וכתבו באיזה ערך חיים הוא מזכיר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שמסביר למה ויתור יכול להיות גם סימן לכוח ולא רק לחולשה.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דמיינו תמרור חדש לבית הספר שלכם – מה הוא אומר ואיזה ערך הוא מלמד?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כתיבה אישית: בונים תמרור לחיים – היכרות עם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במשחק "בונים תמרור" באתר, מה עושים 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מעצבים תמרור אישי, כותבים את משמעותו ושומרים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עונים על עשר שאלות חידון עם 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מסובבים גלגל ומקבלים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ממיינים תמרור מול ערך בזמן מוגבל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בכרטיס "עצור", מה כתוב בחלק "בכביש"?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עצירה מלאה, מסתכלים לכל הכיוונים וממשיכים כשבטוח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ממשיכים בזהירות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מאיצים כדי לא לעכב 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חוצים בריצה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ההנחיה לכתיבה שמופיעה בכרטיס "עצור" (לרעיון הראשון)?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על רגע שבו עצירה קטנה מנעה טעות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רמזור בצבעים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מסלול נסיעה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 על קורקינט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כתיבה אישית: בונים תמרור לחיים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בתמרור "תן זכות קדימה" בכביש מאטים ונותנים לרכב בדרך הראשית לעבור 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"בונים תמרור" התלמידים רק מציירים, ולא כותבים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"מעבר חציה" כתוב שחוצים בריצה כדי להספיק מהר.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את משמעות שלושת התמרורים המרכזיים שלמדנו, גם בכביש וגם בחיים?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לחבר בין תמרור אחד לבין ערך אישי מתאים, ולהסביר את הקשר במשפט ברור?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כתבתי לפחות קטע כתיבה אישי אחד שמבוסס על דוגמה מהחיים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תמרורי שיח: בטיחות בדרכים וערכי חיים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